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TILBUD PÅ MALERARBEJDE</w:t>
      </w:r>
    </w:p>
    <w:p>
      <w:r>
        <w:t>Tilbud nr.: ________    Dato: ____________</w:t>
      </w:r>
    </w:p>
    <w:p>
      <w:pPr>
        <w:spacing w:before="240" w:after="80"/>
      </w:pPr>
      <w:r>
        <w:rPr>
          <w:b/>
          <w:color w:val="086AE2"/>
          <w:sz w:val="24"/>
        </w:rPr>
        <w:t>1. Firma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</w:tcPr>
          <w:p>
            <w:r>
              <w:rPr>
                <w:b/>
              </w:rPr>
              <w:t>Firmanavn</w:t>
            </w:r>
          </w:p>
        </w:tc>
        <w:tc>
          <w:tcPr>
            <w:tcW w:type="dxa" w:w="4986"/>
          </w:tcPr>
          <w:p>
            <w:r>
              <w:t>_______________________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CVR</w:t>
            </w:r>
          </w:p>
        </w:tc>
        <w:tc>
          <w:tcPr>
            <w:tcW w:type="dxa" w:w="4986"/>
          </w:tcPr>
          <w:p>
            <w:r>
              <w:t>_______________________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Adresse</w:t>
            </w:r>
          </w:p>
        </w:tc>
        <w:tc>
          <w:tcPr>
            <w:tcW w:type="dxa" w:w="4986"/>
          </w:tcPr>
          <w:p>
            <w:r>
              <w:t>_______________________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Telefon / e-mail</w:t>
            </w:r>
          </w:p>
        </w:tc>
        <w:tc>
          <w:tcPr>
            <w:tcW w:type="dxa" w:w="4986"/>
          </w:tcPr>
          <w:p>
            <w:r>
              <w:t>_______________________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Logo</w:t>
            </w:r>
          </w:p>
        </w:tc>
        <w:tc>
          <w:tcPr>
            <w:tcW w:type="dxa" w:w="4986"/>
          </w:tcPr>
          <w:p>
            <w:r>
              <w:t>(indsæt dit logo her)</w:t>
            </w:r>
          </w:p>
        </w:tc>
      </w:tr>
    </w:tbl>
    <w:p>
      <w:pPr>
        <w:spacing w:before="240" w:after="80"/>
      </w:pPr>
      <w:r>
        <w:rPr>
          <w:b/>
          <w:color w:val="086AE2"/>
          <w:sz w:val="24"/>
        </w:rPr>
        <w:t>2. Kunde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</w:tcPr>
          <w:p>
            <w:r>
              <w:rPr>
                <w:b/>
              </w:rPr>
              <w:t>Navn</w:t>
            </w:r>
          </w:p>
        </w:tc>
        <w:tc>
          <w:tcPr>
            <w:tcW w:type="dxa" w:w="4986"/>
          </w:tcPr>
          <w:p>
            <w:r>
              <w:t>_______________________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Adresse for opgaven</w:t>
            </w:r>
          </w:p>
        </w:tc>
        <w:tc>
          <w:tcPr>
            <w:tcW w:type="dxa" w:w="4986"/>
          </w:tcPr>
          <w:p>
            <w:r>
              <w:t>_______________________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Dato for besigtigelse</w:t>
            </w:r>
          </w:p>
        </w:tc>
        <w:tc>
          <w:tcPr>
            <w:tcW w:type="dxa" w:w="4986"/>
          </w:tcPr>
          <w:p>
            <w:r>
              <w:t>_______________________</w:t>
            </w:r>
          </w:p>
        </w:tc>
      </w:tr>
    </w:tbl>
    <w:p>
      <w:pPr>
        <w:spacing w:before="240" w:after="80"/>
      </w:pPr>
      <w:r>
        <w:rPr>
          <w:b/>
          <w:color w:val="086AE2"/>
          <w:sz w:val="24"/>
        </w:rPr>
        <w:t>3. Opgave pr. rum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  <w:t>Rum / flade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m²</w:t>
            </w:r>
          </w:p>
        </w:tc>
        <w:tc>
          <w:tcPr>
            <w:tcW w:type="dxa" w:w="1994"/>
          </w:tcPr>
          <w:p>
            <w:r>
              <w:rPr>
                <w:b/>
              </w:rPr>
              <w:t>Forarbejde (afdækning, spartling, slibning)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Antal lag</w:t>
            </w:r>
          </w:p>
        </w:tc>
        <w:tc>
          <w:tcPr>
            <w:tcW w:type="dxa" w:w="1994"/>
          </w:tcPr>
          <w:p>
            <w:r>
              <w:rPr>
                <w:b/>
              </w:rPr>
              <w:t>Pris ekskl. moms</w:t>
            </w:r>
          </w:p>
        </w:tc>
      </w:tr>
      <w:tr>
        <w:tc>
          <w:tcPr>
            <w:tcW w:type="dxa" w:w="1994"/>
          </w:tcPr>
          <w:p>
            <w:r>
              <w:t>Stue, vægge</w:t>
            </w:r>
          </w:p>
        </w:tc>
        <w:tc>
          <w:tcPr>
            <w:tcW w:type="dxa" w:w="1994"/>
          </w:tcPr>
          <w:p>
            <w:r>
              <w:t>38</w:t>
            </w:r>
          </w:p>
        </w:tc>
        <w:tc>
          <w:tcPr>
            <w:tcW w:type="dxa" w:w="1994"/>
          </w:tcPr>
          <w:p>
            <w:r>
              <w:t>Afdækning, let spartling</w:t>
            </w:r>
          </w:p>
        </w:tc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____ kr.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r>
        <w:rPr>
          <w:i/>
        </w:rPr>
        <w:t>Første linje er et eksempel. Slet eller ret den.</w:t>
      </w:r>
    </w:p>
    <w:p>
      <w:pPr>
        <w:spacing w:before="240" w:after="80"/>
      </w:pPr>
      <w:r>
        <w:rPr>
          <w:b/>
          <w:color w:val="086AE2"/>
          <w:sz w:val="24"/>
        </w:rPr>
        <w:t>4. Materialer</w:t>
      </w:r>
    </w:p>
    <w:p>
      <w:r>
        <w:t>☐ Materialer er inkluderet i prisen ovenfor</w:t>
      </w:r>
    </w:p>
    <w:p>
      <w:r>
        <w:t>☐ Materialer faktureres for sig: ____________ kr. ekskl. moms</w:t>
      </w:r>
    </w:p>
    <w:p>
      <w:pPr>
        <w:spacing w:before="240" w:after="80"/>
      </w:pPr>
      <w:r>
        <w:rPr>
          <w:b/>
          <w:color w:val="086AE2"/>
          <w:sz w:val="24"/>
        </w:rPr>
        <w:t>5. Pris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</w:tcPr>
          <w:p>
            <w:r>
              <w:rPr>
                <w:b/>
              </w:rPr>
              <w:t>Pris ekskl. moms</w:t>
            </w:r>
          </w:p>
        </w:tc>
        <w:tc>
          <w:tcPr>
            <w:tcW w:type="dxa" w:w="4986"/>
          </w:tcPr>
          <w:p>
            <w:r>
              <w:t>____________ kr.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Moms 25 %</w:t>
            </w:r>
          </w:p>
        </w:tc>
        <w:tc>
          <w:tcPr>
            <w:tcW w:type="dxa" w:w="4986"/>
          </w:tcPr>
          <w:p>
            <w:r>
              <w:t>____________ kr.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Pris i alt inkl. moms</w:t>
            </w:r>
          </w:p>
        </w:tc>
        <w:tc>
          <w:tcPr>
            <w:tcW w:type="dxa" w:w="4986"/>
          </w:tcPr>
          <w:p>
            <w:r>
              <w:t>____________ kr.</w:t>
            </w:r>
          </w:p>
        </w:tc>
      </w:tr>
    </w:tbl>
    <w:p>
      <w:pPr>
        <w:spacing w:before="240" w:after="80"/>
      </w:pPr>
      <w:r>
        <w:rPr>
          <w:b/>
          <w:color w:val="086AE2"/>
          <w:sz w:val="24"/>
        </w:rPr>
        <w:t>6. Ekstraarbejde</w:t>
      </w:r>
    </w:p>
    <w:p>
      <w:r>
        <w:t>Ekstraarbejde, der ikke står i tilbuddet, aftales skriftligt, før det udføres, og afregnes med ________ kr./t ekskl. moms.</w:t>
      </w:r>
    </w:p>
    <w:p>
      <w:pPr>
        <w:spacing w:before="240" w:after="80"/>
      </w:pPr>
      <w:r>
        <w:rPr>
          <w:b/>
          <w:color w:val="086AE2"/>
          <w:sz w:val="24"/>
        </w:rPr>
        <w:t>7. Tidsplan</w:t>
      </w:r>
    </w:p>
    <w:p>
      <w:r>
        <w:t>Forventet start: ____________    Forventet varighed: ____________</w:t>
      </w:r>
    </w:p>
    <w:p>
      <w:pPr>
        <w:spacing w:before="240" w:after="80"/>
      </w:pPr>
      <w:r>
        <w:rPr>
          <w:b/>
          <w:color w:val="086AE2"/>
          <w:sz w:val="24"/>
        </w:rPr>
        <w:t>8. Betaling</w:t>
      </w:r>
    </w:p>
    <w:p>
      <w:r>
        <w:t>Betalingsfrist: ________ dage netto fra fakturadato.</w:t>
      </w:r>
    </w:p>
    <w:p>
      <w:pPr>
        <w:spacing w:before="240" w:after="80"/>
      </w:pPr>
      <w:r>
        <w:rPr>
          <w:b/>
          <w:color w:val="086AE2"/>
          <w:sz w:val="24"/>
        </w:rPr>
        <w:t>9. Gyldighed</w:t>
      </w:r>
    </w:p>
    <w:p>
      <w:r>
        <w:t>Tilbuddet gælder i 30 dage fra datoen ovenfor.</w:t>
      </w:r>
    </w:p>
    <w:p>
      <w:pPr>
        <w:spacing w:before="240" w:after="80"/>
      </w:pPr>
      <w:r>
        <w:rPr>
          <w:b/>
          <w:color w:val="086AE2"/>
          <w:sz w:val="24"/>
        </w:rPr>
        <w:t>10. Forbehold</w:t>
      </w:r>
    </w:p>
    <w:p>
      <w:r>
        <w:t>Tilbuddet tager forbehold for skjulte skader, fugt og ændringer, som kunden ønsker undervejs. Sådanne ændringer aftales som ekstraarbejde (punkt 6).</w:t>
      </w:r>
    </w:p>
    <w:p>
      <w:pPr>
        <w:spacing w:before="240" w:after="80"/>
      </w:pPr>
      <w:r>
        <w:rPr>
          <w:b/>
          <w:color w:val="086AE2"/>
          <w:sz w:val="24"/>
        </w:rPr>
        <w:t>11. Accept</w:t>
      </w:r>
    </w:p>
    <w:p>
      <w:r>
        <w:t>Jeg accepterer tilbuddet.</w:t>
      </w:r>
    </w:p>
    <w:p>
      <w:r>
        <w:t>Dato: ____________    Underskrift (kunde): ______________________________</w:t>
      </w:r>
    </w:p>
    <w:p>
      <w:pPr>
        <w:spacing w:before="320"/>
      </w:pPr>
      <w:r>
        <w:rPr>
          <w:i/>
          <w:color w:val="8A94A6"/>
          <w:sz w:val="16"/>
        </w:rPr>
        <w:t>Skabelonen er et udgangspunkt, ikke juridisk rådgivning.</w:t>
      </w:r>
    </w:p>
    <w:sectPr w:rsidR="00FC693F" w:rsidRPr="0006063C" w:rsidSect="00034616">
      <w:footerReference w:type="default" r:id="rId9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8A94A6"/>
        <w:sz w:val="16"/>
      </w:rPr>
      <w:t>Lavet med Bidmio · bidmio.dk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Tilbudsskabelon til maler</dc:title>
  <dc:subject/>
  <dc:creator>Bidmio</dc:creator>
  <cp:keywords/>
  <dc:description/>
  <cp:lastModifiedBy>Bidmio</cp:lastModifiedBy>
  <cp:revision>1</cp:revision>
  <dcterms:created xsi:type="dcterms:W3CDTF">2026-11-06T00:00:00Z</dcterms:created>
  <dcterms:modified xsi:type="dcterms:W3CDTF">2026-11-06T00:00:00Z</dcterms:modified>
  <cp:category/>
</cp:coreProperties>
</file>